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F252" w14:textId="77777777" w:rsidR="00322680" w:rsidRPr="00B3738C" w:rsidRDefault="000912DA">
      <w:pPr>
        <w:spacing w:after="80"/>
        <w:jc w:val="center"/>
        <w:rPr>
          <w:lang w:val="it-IT"/>
        </w:rPr>
      </w:pPr>
      <w:r w:rsidRPr="00B3738C">
        <w:rPr>
          <w:b/>
          <w:color w:val="1B365D"/>
          <w:sz w:val="32"/>
          <w:lang w:val="it-IT"/>
        </w:rPr>
        <w:t>CANDIDATURA COMMISSIONE MENSA</w:t>
      </w:r>
    </w:p>
    <w:p w14:paraId="3115EAA3" w14:textId="77777777" w:rsidR="00322680" w:rsidRPr="00B3738C" w:rsidRDefault="000912DA">
      <w:pPr>
        <w:spacing w:after="80"/>
        <w:jc w:val="center"/>
        <w:rPr>
          <w:lang w:val="it-IT"/>
        </w:rPr>
      </w:pPr>
      <w:r w:rsidRPr="00B3738C">
        <w:rPr>
          <w:b/>
          <w:color w:val="222222"/>
          <w:sz w:val="26"/>
          <w:lang w:val="it-IT"/>
        </w:rPr>
        <w:t>Istituto Comprensivo Via Suor Celestina Donati 110– Roma</w:t>
      </w:r>
    </w:p>
    <w:p w14:paraId="30D7478E" w14:textId="77777777" w:rsidR="00322680" w:rsidRPr="00B3738C" w:rsidRDefault="000912DA">
      <w:pPr>
        <w:spacing w:after="560"/>
        <w:jc w:val="center"/>
        <w:rPr>
          <w:lang w:val="it-IT"/>
        </w:rPr>
      </w:pPr>
      <w:r w:rsidRPr="00B3738C">
        <w:rPr>
          <w:b/>
          <w:sz w:val="24"/>
          <w:lang w:val="it-IT"/>
        </w:rPr>
        <w:t>a.s. 2026/2027</w:t>
      </w:r>
    </w:p>
    <w:p w14:paraId="4DE0F258" w14:textId="77777777" w:rsidR="00322680" w:rsidRPr="00B3738C" w:rsidRDefault="000912DA">
      <w:pPr>
        <w:spacing w:line="324" w:lineRule="auto"/>
        <w:rPr>
          <w:lang w:val="it-IT"/>
        </w:rPr>
      </w:pPr>
      <w:r w:rsidRPr="00B3738C">
        <w:rPr>
          <w:lang w:val="it-IT"/>
        </w:rPr>
        <w:t>Il/La sottoscritto/a ____________________________________________________________________</w:t>
      </w:r>
    </w:p>
    <w:p w14:paraId="49BDF90D" w14:textId="77777777" w:rsidR="00322680" w:rsidRPr="00B3738C" w:rsidRDefault="000912DA">
      <w:pPr>
        <w:spacing w:line="324" w:lineRule="auto"/>
        <w:rPr>
          <w:lang w:val="it-IT"/>
        </w:rPr>
      </w:pPr>
      <w:r w:rsidRPr="00B3738C">
        <w:rPr>
          <w:lang w:val="it-IT"/>
        </w:rPr>
        <w:t>residente in ________________________ via _____________________________________ n. ________</w:t>
      </w:r>
    </w:p>
    <w:p w14:paraId="180854D2" w14:textId="77777777" w:rsidR="00322680" w:rsidRPr="00B3738C" w:rsidRDefault="000912DA">
      <w:pPr>
        <w:spacing w:line="324" w:lineRule="auto"/>
        <w:rPr>
          <w:lang w:val="it-IT"/>
        </w:rPr>
      </w:pPr>
      <w:r w:rsidRPr="00B3738C">
        <w:rPr>
          <w:lang w:val="it-IT"/>
        </w:rPr>
        <w:t>genitore dell’alunno/a ___________________________________________________________</w:t>
      </w:r>
    </w:p>
    <w:p w14:paraId="12AAC1C0" w14:textId="77777777" w:rsidR="00322680" w:rsidRPr="00B3738C" w:rsidRDefault="000912DA">
      <w:pPr>
        <w:spacing w:line="324" w:lineRule="auto"/>
        <w:rPr>
          <w:lang w:val="it-IT"/>
        </w:rPr>
      </w:pPr>
      <w:r w:rsidRPr="00B3738C">
        <w:rPr>
          <w:lang w:val="it-IT"/>
        </w:rPr>
        <w:t>frequentante la classe ________ sez. ________ del plesso _________________________________</w:t>
      </w:r>
    </w:p>
    <w:p w14:paraId="3BD7A4D6" w14:textId="77777777" w:rsidR="00322680" w:rsidRPr="00B3738C" w:rsidRDefault="000912DA">
      <w:pPr>
        <w:spacing w:line="324" w:lineRule="auto"/>
        <w:rPr>
          <w:lang w:val="it-IT"/>
        </w:rPr>
      </w:pPr>
      <w:r w:rsidRPr="00B3738C">
        <w:rPr>
          <w:lang w:val="it-IT"/>
        </w:rPr>
        <w:t>dell’Istituto Comprensivo Via Suor Celestina Donati;</w:t>
      </w:r>
    </w:p>
    <w:p w14:paraId="5ADB8786" w14:textId="77777777" w:rsidR="00322680" w:rsidRPr="00B3738C" w:rsidRDefault="005670D1">
      <w:pPr>
        <w:spacing w:line="324" w:lineRule="auto"/>
        <w:rPr>
          <w:lang w:val="it-IT"/>
        </w:rPr>
      </w:pPr>
      <w:r w:rsidRPr="00B3738C">
        <w:rPr>
          <w:lang w:val="it-IT"/>
        </w:rPr>
        <w:t>telefono _________________________________________________________________</w:t>
      </w:r>
    </w:p>
    <w:p w14:paraId="32EAFB18" w14:textId="77777777" w:rsidR="00322680" w:rsidRPr="00B3738C" w:rsidRDefault="005670D1">
      <w:pPr>
        <w:spacing w:after="400" w:line="324" w:lineRule="auto"/>
        <w:rPr>
          <w:lang w:val="it-IT"/>
        </w:rPr>
      </w:pPr>
      <w:r w:rsidRPr="00B3738C">
        <w:rPr>
          <w:lang w:val="it-IT"/>
        </w:rPr>
        <w:t>mail ______________________________________________________________________</w:t>
      </w:r>
    </w:p>
    <w:p w14:paraId="7BAF9245" w14:textId="77777777" w:rsidR="00322680" w:rsidRPr="00B3738C" w:rsidRDefault="000912DA" w:rsidP="005670D1">
      <w:pPr>
        <w:spacing w:after="320" w:line="240" w:lineRule="auto"/>
        <w:jc w:val="center"/>
        <w:rPr>
          <w:lang w:val="it-IT"/>
        </w:rPr>
      </w:pPr>
      <w:r w:rsidRPr="00B3738C">
        <w:rPr>
          <w:b/>
          <w:sz w:val="26"/>
          <w:lang w:val="it-IT"/>
        </w:rPr>
        <w:t>CHIEDE</w:t>
      </w:r>
    </w:p>
    <w:p w14:paraId="198B5702" w14:textId="77777777" w:rsidR="00322680" w:rsidRPr="00B3738C" w:rsidRDefault="000912DA" w:rsidP="005670D1">
      <w:pPr>
        <w:spacing w:after="360" w:line="240" w:lineRule="auto"/>
        <w:rPr>
          <w:lang w:val="it-IT"/>
        </w:rPr>
      </w:pPr>
      <w:r w:rsidRPr="00B3738C">
        <w:rPr>
          <w:lang w:val="it-IT"/>
        </w:rPr>
        <w:t>Di far parte della Commissione Mensa per l’a.s. 2026/2027.</w:t>
      </w:r>
    </w:p>
    <w:p w14:paraId="1195979C" w14:textId="77777777" w:rsidR="00322680" w:rsidRDefault="000912DA" w:rsidP="005670D1">
      <w:pPr>
        <w:spacing w:after="240" w:line="240" w:lineRule="auto"/>
      </w:pPr>
      <w:r>
        <w:t>A tal fine dichiara:</w:t>
      </w:r>
    </w:p>
    <w:p w14:paraId="32E5F1C5" w14:textId="77777777" w:rsidR="00322680" w:rsidRPr="00B3738C" w:rsidRDefault="000912DA" w:rsidP="005670D1">
      <w:pPr>
        <w:pStyle w:val="Puntoelenco"/>
        <w:spacing w:line="240" w:lineRule="auto"/>
        <w:rPr>
          <w:lang w:val="it-IT"/>
        </w:rPr>
      </w:pPr>
      <w:r w:rsidRPr="00B3738C">
        <w:rPr>
          <w:lang w:val="it-IT"/>
        </w:rPr>
        <w:t>di non avere relazioni di parentela o affinità entro il secondo grado, come previsto dalla normativa vigente, con il Legale Rappresentante della ditta che gestisce il servizio;</w:t>
      </w:r>
    </w:p>
    <w:p w14:paraId="3A78F1F3" w14:textId="77777777" w:rsidR="00322680" w:rsidRPr="00B3738C" w:rsidRDefault="000912DA" w:rsidP="005670D1">
      <w:pPr>
        <w:pStyle w:val="Puntoelenco"/>
        <w:spacing w:after="400" w:line="240" w:lineRule="auto"/>
        <w:rPr>
          <w:lang w:val="it-IT"/>
        </w:rPr>
      </w:pPr>
      <w:r w:rsidRPr="00B3738C">
        <w:rPr>
          <w:lang w:val="it-IT"/>
        </w:rPr>
        <w:t>di essere informato/a, ai sensi del D.Lgs n. 196/2003 che i dati personali raccolti saranno trattati esclusivamente nell’ambito del procedimento per il quale la presente domanda viene presentata.</w:t>
      </w:r>
    </w:p>
    <w:p w14:paraId="4CE6D9E2" w14:textId="77777777" w:rsidR="005670D1" w:rsidRPr="00B3738C" w:rsidRDefault="000912DA" w:rsidP="005670D1">
      <w:pPr>
        <w:spacing w:after="800" w:line="240" w:lineRule="auto"/>
        <w:rPr>
          <w:lang w:val="it-IT"/>
        </w:rPr>
      </w:pPr>
      <w:r w:rsidRPr="00B3738C">
        <w:rPr>
          <w:lang w:val="it-IT"/>
        </w:rPr>
        <w:t>Allega copia del documento di identità in corso di validità.</w:t>
      </w:r>
    </w:p>
    <w:p w14:paraId="4F418E70" w14:textId="77777777" w:rsidR="00322680" w:rsidRDefault="000912DA" w:rsidP="005670D1">
      <w:pPr>
        <w:spacing w:after="800" w:line="240" w:lineRule="auto"/>
      </w:pPr>
      <w:r>
        <w:t>Roma _____ / _____ / _________</w:t>
      </w:r>
    </w:p>
    <w:p w14:paraId="210248A3" w14:textId="77777777" w:rsidR="00322680" w:rsidRDefault="000912DA">
      <w:pPr>
        <w:spacing w:line="324" w:lineRule="auto"/>
      </w:pPr>
      <w:r>
        <w:t>Firma del dichiarante ___________________________________________________</w:t>
      </w:r>
    </w:p>
    <w:sectPr w:rsidR="0032268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666479">
    <w:abstractNumId w:val="8"/>
  </w:num>
  <w:num w:numId="2" w16cid:durableId="684405679">
    <w:abstractNumId w:val="6"/>
  </w:num>
  <w:num w:numId="3" w16cid:durableId="1370302592">
    <w:abstractNumId w:val="5"/>
  </w:num>
  <w:num w:numId="4" w16cid:durableId="1333069274">
    <w:abstractNumId w:val="4"/>
  </w:num>
  <w:num w:numId="5" w16cid:durableId="1201893673">
    <w:abstractNumId w:val="7"/>
  </w:num>
  <w:num w:numId="6" w16cid:durableId="1667131735">
    <w:abstractNumId w:val="3"/>
  </w:num>
  <w:num w:numId="7" w16cid:durableId="1386954838">
    <w:abstractNumId w:val="2"/>
  </w:num>
  <w:num w:numId="8" w16cid:durableId="887379299">
    <w:abstractNumId w:val="1"/>
  </w:num>
  <w:num w:numId="9" w16cid:durableId="683478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2DA"/>
    <w:rsid w:val="0015074B"/>
    <w:rsid w:val="0029639D"/>
    <w:rsid w:val="00322680"/>
    <w:rsid w:val="00326F90"/>
    <w:rsid w:val="005670D1"/>
    <w:rsid w:val="00AA1D8D"/>
    <w:rsid w:val="00B3738C"/>
    <w:rsid w:val="00B47730"/>
    <w:rsid w:val="00CB0664"/>
    <w:rsid w:val="00DB24D9"/>
    <w:rsid w:val="00E46A1A"/>
    <w:rsid w:val="00EA02A4"/>
    <w:rsid w:val="00FC693F"/>
    <w:rsid w:val="00FF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89EA4"/>
  <w15:docId w15:val="{84C58A3F-D4C6-465E-8561-4FEBEEB2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2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435B70-04C5-4532-9669-BDF468470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elisa marchese</cp:lastModifiedBy>
  <cp:revision>2</cp:revision>
  <dcterms:created xsi:type="dcterms:W3CDTF">2026-10-22T22:30:00Z</dcterms:created>
  <dcterms:modified xsi:type="dcterms:W3CDTF">2026-10-22T22:30:00Z</dcterms:modified>
</cp:coreProperties>
</file>